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ולומר איך אני מרגיש/ה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לגור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שָׂמֵחַ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כשחושבים על מישהו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שקט ונינוח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 הוא מקום גבוה וגדול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מתגעגעים כשחושבים על מישהו שרחוק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(⛰️)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(🥲)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(😌)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שמח כי... / רגוע כי...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קצרה על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- מקום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- מקום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המילים שלמדנו: שמח, מתגעגע, רגוע, חושב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ליד כל מילה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לכל תלמיד/ה לשתף איך הוא/היא מרגיש/ה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קלות. נלמד מילים ונלמד להגיד איך אנחנו מרגישים.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שגרים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גבוה, עולים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שָׂמֵחַ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טוב, מחייך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מִתְגַּעְגֵּעַ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 על מישהו שרחוק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רָגוּעַ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שקט, לא לחוץ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חוֹשֵׁב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עושה מחשבה בראש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לגור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מרגישים כששמח?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אומרים מתגעגע?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כשחושבים על מישהו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רגוע?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שקט ונינוח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בַּיִת הוא מקום שגרים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הַר הוא דבר קטן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כשאדם חושב, אומרים עליו "חוֹשֵׁב"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מתגעגעים רק כשכועסים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גרים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העולים לסיגד הולכים לראש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כשאני מחייך ושמח,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כשאני חושב על סבא שרחוק,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כשאני שקט ונינוח, אני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🥲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מִתְגַּעְגֵּעַ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😌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רָגוּעַ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חוֹשֵׁב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⛰️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אני מרגיש/ה היום? כתבו במילה אחת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בית אחד שאתם אוהבים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אתם מרגישים עכשיו, ובאיזו 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ורגשות – מסלול קליק פשוט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