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ורגשות – מסלול קליק פשוט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פשוטות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ולומר איך אני מרגיש/ה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מילה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לגור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גבוה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המשמעות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 הוא מקום גבוה וגדול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(⛰️)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(😀)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(🥲)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שמח כי... / רגוע כי...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- מקום לגור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 - מקום גבוה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מתוך המילים שלמדנו: שמח, מתגעגע, רגוע, חושב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סמלים ליד כל מילה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המילים בקול יחד עם התלמידים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זמן לכל תלמיד/ה לשתף איך הוא/היא מרגיש/ה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ורגשות – מסלול קליק פשוט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פשוטות כמו בַּיִת והַר, ונלמד לומר איך אנחנו מרגישים ביום של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הר  ·  בית  ·  שמח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מילה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בַּיִת?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לגור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הַר?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בַּיִת הוא מקום שגרים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הַר הוא דבר קטן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גרים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העולים לסיגד הולכים לראש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כשאני מחייך ושמח, אני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בַּיִת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🥲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😀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מִתְגַּעְגֵּעַ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⛰️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אני מרגיש/ה היום? כתבו במילה אחת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ורגשות – מסלול קליק פשוט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